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166C" w14:textId="77777777" w:rsidR="002C7926" w:rsidRDefault="00000000" w:rsidP="000721D4">
      <w:pPr>
        <w:pStyle w:val="Title"/>
        <w:pBdr>
          <w:bottom w:val="none" w:sz="0" w:space="0" w:color="auto"/>
        </w:pBdr>
        <w:spacing w:before="80" w:after="40"/>
        <w:jc w:val="center"/>
      </w:pPr>
      <w:r>
        <w:t>Scholarship Applicatio</w:t>
      </w:r>
      <w:r w:rsidR="002C7926">
        <w:t>n</w:t>
      </w:r>
    </w:p>
    <w:p w14:paraId="323031ED" w14:textId="77777777" w:rsidR="002C7926" w:rsidRDefault="00000000" w:rsidP="000721D4">
      <w:pPr>
        <w:pStyle w:val="Title"/>
        <w:pBdr>
          <w:bottom w:val="none" w:sz="0" w:space="0" w:color="auto"/>
        </w:pBdr>
        <w:spacing w:before="80" w:after="40"/>
        <w:jc w:val="center"/>
        <w:rPr>
          <w:color w:val="990000"/>
          <w:sz w:val="22"/>
        </w:rPr>
      </w:pPr>
      <w:r>
        <w:rPr>
          <w:color w:val="990000"/>
          <w:sz w:val="22"/>
        </w:rPr>
        <w:t>Application Due Date: April 10, 2026</w:t>
      </w:r>
    </w:p>
    <w:p w14:paraId="3215E792" w14:textId="77777777" w:rsidR="002C7926" w:rsidRDefault="002C7926" w:rsidP="000721D4">
      <w:pPr>
        <w:pStyle w:val="Title"/>
        <w:pBdr>
          <w:bottom w:val="none" w:sz="0" w:space="0" w:color="auto"/>
        </w:pBdr>
        <w:spacing w:before="80" w:after="40"/>
        <w:jc w:val="center"/>
        <w:rPr>
          <w:color w:val="990000"/>
          <w:sz w:val="22"/>
        </w:rPr>
      </w:pPr>
    </w:p>
    <w:p w14:paraId="3408ECAA" w14:textId="77777777" w:rsidR="000721D4" w:rsidRDefault="000721D4" w:rsidP="000721D4">
      <w:pPr>
        <w:pStyle w:val="Title"/>
        <w:pBdr>
          <w:bottom w:val="none" w:sz="0" w:space="0" w:color="auto"/>
        </w:pBdr>
        <w:spacing w:before="80" w:after="40"/>
        <w:jc w:val="center"/>
      </w:pPr>
    </w:p>
    <w:p w14:paraId="10C0F8B2" w14:textId="5B1E49FA" w:rsidR="00816EB5" w:rsidRDefault="00000000" w:rsidP="000721D4">
      <w:pPr>
        <w:pStyle w:val="Title"/>
        <w:pBdr>
          <w:bottom w:val="none" w:sz="0" w:space="0" w:color="auto"/>
        </w:pBdr>
        <w:spacing w:before="80" w:after="40"/>
      </w:pPr>
      <w:r>
        <w:t>Application Guidelines</w:t>
      </w:r>
    </w:p>
    <w:p w14:paraId="56118C85" w14:textId="77777777" w:rsidR="00816EB5" w:rsidRDefault="00000000">
      <w:pPr>
        <w:pStyle w:val="ListBullet"/>
        <w:spacing w:after="40"/>
        <w:ind w:hanging="259"/>
      </w:pPr>
      <w:r>
        <w:t>Scholarship applications must be submitted by April 10, 2026, with all required items.</w:t>
      </w:r>
    </w:p>
    <w:p w14:paraId="7A48AB92" w14:textId="77777777" w:rsidR="00816EB5" w:rsidRDefault="00000000">
      <w:pPr>
        <w:pStyle w:val="ListBullet"/>
        <w:spacing w:after="40"/>
        <w:ind w:hanging="259"/>
      </w:pPr>
      <w:r>
        <w:t>To qualify, your home school must be Crestview High School in Ashland, Ohio. Students attending Pioneer Career and Technology Center, Ashland County-West Holmes Career Center, or another vocational school may apply if Crestview remains their home school.</w:t>
      </w:r>
    </w:p>
    <w:p w14:paraId="50EAF766" w14:textId="77777777" w:rsidR="00816EB5" w:rsidRDefault="00000000">
      <w:pPr>
        <w:pStyle w:val="ListBullet"/>
        <w:spacing w:after="40"/>
        <w:ind w:hanging="259"/>
      </w:pPr>
      <w:r>
        <w:t>If a question does not apply to you, write “N/A” in the space provided.</w:t>
      </w:r>
    </w:p>
    <w:p w14:paraId="6121EB87" w14:textId="77777777" w:rsidR="00816EB5" w:rsidRDefault="00000000">
      <w:pPr>
        <w:pStyle w:val="ListBullet"/>
        <w:spacing w:after="40"/>
        <w:ind w:hanging="259"/>
      </w:pPr>
      <w:r>
        <w:t>Questions may be directed to crestviewparentscommittee@gmail.com or your guidance counselor.</w:t>
      </w:r>
    </w:p>
    <w:p w14:paraId="6D559453" w14:textId="77777777" w:rsidR="00816EB5" w:rsidRDefault="00000000">
      <w:pPr>
        <w:pStyle w:val="Heading2"/>
      </w:pPr>
      <w:r>
        <w:t>Eligibility Criteria</w:t>
      </w:r>
    </w:p>
    <w:p w14:paraId="07281EC7" w14:textId="77777777" w:rsidR="00816EB5" w:rsidRDefault="00000000">
      <w:pPr>
        <w:pStyle w:val="ListBullet"/>
        <w:spacing w:after="40"/>
        <w:ind w:hanging="259"/>
      </w:pPr>
      <w:r>
        <w:t>Applicant must be a Crestview High School senior.</w:t>
      </w:r>
    </w:p>
    <w:p w14:paraId="29317E0E" w14:textId="77777777" w:rsidR="00816EB5" w:rsidRDefault="00000000">
      <w:pPr>
        <w:pStyle w:val="ListBullet"/>
        <w:spacing w:after="40"/>
        <w:ind w:hanging="259"/>
      </w:pPr>
      <w:r>
        <w:t>Applicant must be on target to graduate in the spring.</w:t>
      </w:r>
    </w:p>
    <w:p w14:paraId="6ABD96AE" w14:textId="77777777" w:rsidR="00816EB5" w:rsidRDefault="00000000">
      <w:pPr>
        <w:pStyle w:val="Heading2"/>
      </w:pPr>
      <w:r>
        <w:t>Required Application Materials</w:t>
      </w:r>
    </w:p>
    <w:p w14:paraId="064A88E0" w14:textId="77777777" w:rsidR="00816EB5" w:rsidRDefault="00000000">
      <w:pPr>
        <w:pStyle w:val="ListBullet"/>
        <w:spacing w:after="40"/>
        <w:ind w:hanging="259"/>
      </w:pPr>
      <w:r>
        <w:t>Completed application</w:t>
      </w:r>
    </w:p>
    <w:p w14:paraId="7471AFEC" w14:textId="77777777" w:rsidR="00816EB5" w:rsidRDefault="00000000">
      <w:pPr>
        <w:pStyle w:val="ListBullet"/>
        <w:spacing w:after="40"/>
        <w:ind w:hanging="259"/>
      </w:pPr>
      <w:r>
        <w:t>Two short-answer responses from the prompts provided</w:t>
      </w:r>
    </w:p>
    <w:p w14:paraId="4876D391" w14:textId="77777777" w:rsidR="00816EB5" w:rsidRDefault="00000000">
      <w:pPr>
        <w:pStyle w:val="ListBullet"/>
        <w:spacing w:after="40"/>
        <w:ind w:hanging="259"/>
      </w:pPr>
      <w:r>
        <w:t>One essay of at least 100 words from the topics provided</w:t>
      </w:r>
    </w:p>
    <w:p w14:paraId="119F2BA2" w14:textId="77777777" w:rsidR="00816EB5" w:rsidRDefault="00000000">
      <w:r>
        <w:br w:type="page"/>
      </w:r>
    </w:p>
    <w:p w14:paraId="2259A40B" w14:textId="41E81A9C" w:rsidR="00816EB5" w:rsidRDefault="00000000">
      <w:pPr>
        <w:pStyle w:val="Heading1"/>
      </w:pPr>
      <w:r>
        <w:t xml:space="preserve">Applicant Information </w:t>
      </w:r>
    </w:p>
    <w:p w14:paraId="63F70AB1" w14:textId="77777777" w:rsidR="00816EB5" w:rsidRDefault="00000000">
      <w:pPr>
        <w:spacing w:before="80" w:after="40"/>
      </w:pPr>
      <w:r>
        <w:rPr>
          <w:b/>
        </w:rPr>
        <w:t>Club Involvement:</w:t>
      </w:r>
    </w:p>
    <w:p w14:paraId="253AE0B6" w14:textId="77777777" w:rsidR="00C67C3E" w:rsidRDefault="00C67C3E">
      <w:pPr>
        <w:spacing w:before="80" w:after="40"/>
        <w:rPr>
          <w:color w:val="6E6E6E"/>
          <w:sz w:val="20"/>
        </w:rPr>
      </w:pPr>
    </w:p>
    <w:p w14:paraId="3D386B5C" w14:textId="77777777" w:rsidR="00C67C3E" w:rsidRDefault="00C67C3E">
      <w:pPr>
        <w:spacing w:before="80" w:after="40"/>
        <w:rPr>
          <w:color w:val="6E6E6E"/>
          <w:sz w:val="20"/>
        </w:rPr>
      </w:pPr>
    </w:p>
    <w:p w14:paraId="2083960B" w14:textId="5ECB6D99" w:rsidR="00816EB5" w:rsidRDefault="00000000">
      <w:pPr>
        <w:spacing w:before="80" w:after="40"/>
      </w:pPr>
      <w:r>
        <w:rPr>
          <w:b/>
        </w:rPr>
        <w:t>Awards/Recognition:</w:t>
      </w:r>
    </w:p>
    <w:p w14:paraId="2B2D7D12" w14:textId="77777777" w:rsidR="00C67C3E" w:rsidRDefault="00C67C3E">
      <w:pPr>
        <w:spacing w:before="80" w:after="40"/>
        <w:rPr>
          <w:color w:val="6E6E6E"/>
          <w:sz w:val="20"/>
        </w:rPr>
      </w:pPr>
    </w:p>
    <w:p w14:paraId="7D35FFA8" w14:textId="77777777" w:rsidR="00C67C3E" w:rsidRDefault="00C67C3E">
      <w:pPr>
        <w:spacing w:before="80" w:after="40"/>
        <w:rPr>
          <w:color w:val="6E6E6E"/>
          <w:sz w:val="20"/>
        </w:rPr>
      </w:pPr>
    </w:p>
    <w:p w14:paraId="17556FE1" w14:textId="77777777" w:rsidR="00C67C3E" w:rsidRDefault="00000000" w:rsidP="000721D4">
      <w:pPr>
        <w:spacing w:before="80" w:after="40"/>
        <w:rPr>
          <w:b/>
        </w:rPr>
      </w:pPr>
      <w:r>
        <w:rPr>
          <w:b/>
        </w:rPr>
        <w:t>Volunteering</w:t>
      </w:r>
    </w:p>
    <w:p w14:paraId="13D2A18E" w14:textId="77777777" w:rsidR="00C67C3E" w:rsidRDefault="00C67C3E" w:rsidP="000721D4">
      <w:pPr>
        <w:spacing w:before="80" w:after="40"/>
        <w:rPr>
          <w:b/>
        </w:rPr>
      </w:pPr>
    </w:p>
    <w:p w14:paraId="2B0A1000" w14:textId="77777777" w:rsidR="000721D4" w:rsidRDefault="000721D4" w:rsidP="000721D4">
      <w:pPr>
        <w:spacing w:before="80" w:after="40"/>
        <w:rPr>
          <w:b/>
        </w:rPr>
      </w:pPr>
    </w:p>
    <w:p w14:paraId="7B7CA22A" w14:textId="747D57FF" w:rsidR="00816EB5" w:rsidRDefault="00C67C3E" w:rsidP="000721D4">
      <w:pPr>
        <w:spacing w:before="80" w:after="40"/>
      </w:pPr>
      <w:r>
        <w:rPr>
          <w:b/>
        </w:rPr>
        <w:t>Plans After Gra</w:t>
      </w:r>
      <w:r w:rsidR="00000000">
        <w:rPr>
          <w:b/>
        </w:rPr>
        <w:t>duation:</w:t>
      </w:r>
    </w:p>
    <w:p w14:paraId="102C0B79" w14:textId="77777777" w:rsidR="00C67C3E" w:rsidRDefault="00C67C3E">
      <w:pPr>
        <w:spacing w:before="80" w:after="40"/>
        <w:rPr>
          <w:b/>
        </w:rPr>
      </w:pPr>
    </w:p>
    <w:p w14:paraId="7E0402F3" w14:textId="77777777" w:rsidR="000721D4" w:rsidRDefault="000721D4">
      <w:pPr>
        <w:spacing w:before="80" w:after="40"/>
        <w:rPr>
          <w:b/>
        </w:rPr>
      </w:pPr>
    </w:p>
    <w:p w14:paraId="4D89A558" w14:textId="2D577B90" w:rsidR="00816EB5" w:rsidRDefault="00000000">
      <w:pPr>
        <w:spacing w:before="80" w:after="40"/>
        <w:rPr>
          <w:b/>
        </w:rPr>
      </w:pPr>
      <w:r>
        <w:rPr>
          <w:b/>
        </w:rPr>
        <w:t>Plans for Scholarship Money (if selected):</w:t>
      </w:r>
    </w:p>
    <w:p w14:paraId="1BD3F47F" w14:textId="77777777" w:rsidR="00C67C3E" w:rsidRDefault="00C67C3E">
      <w:pPr>
        <w:spacing w:before="80" w:after="40"/>
      </w:pPr>
    </w:p>
    <w:p w14:paraId="34F8A53E" w14:textId="77777777" w:rsidR="000721D4" w:rsidRDefault="000721D4">
      <w:pPr>
        <w:spacing w:before="80" w:after="40"/>
      </w:pPr>
    </w:p>
    <w:p w14:paraId="1D5E5B92" w14:textId="77777777" w:rsidR="00816EB5" w:rsidRDefault="00000000">
      <w:pPr>
        <w:spacing w:before="80" w:after="40"/>
      </w:pPr>
      <w:r>
        <w:rPr>
          <w:b/>
        </w:rPr>
        <w:t xml:space="preserve">What Sets You Apart </w:t>
      </w:r>
      <w:proofErr w:type="gramStart"/>
      <w:r>
        <w:rPr>
          <w:b/>
        </w:rPr>
        <w:t>From</w:t>
      </w:r>
      <w:proofErr w:type="gramEnd"/>
      <w:r>
        <w:rPr>
          <w:b/>
        </w:rPr>
        <w:t xml:space="preserve"> Other Applicants?</w:t>
      </w:r>
    </w:p>
    <w:p w14:paraId="605CDE36" w14:textId="77777777" w:rsidR="00816EB5" w:rsidRDefault="00000000">
      <w:r>
        <w:br w:type="page"/>
      </w:r>
    </w:p>
    <w:p w14:paraId="65C59475" w14:textId="77777777" w:rsidR="00816EB5" w:rsidRDefault="00000000">
      <w:pPr>
        <w:pStyle w:val="Heading1"/>
      </w:pPr>
      <w:r>
        <w:t>Short-Answer Questions</w:t>
      </w:r>
    </w:p>
    <w:p w14:paraId="67DD3A59" w14:textId="0ED3E97A" w:rsidR="00816EB5" w:rsidRDefault="00000000">
      <w:pPr>
        <w:spacing w:after="140"/>
      </w:pPr>
      <w:r>
        <w:rPr>
          <w:b/>
        </w:rPr>
        <w:t xml:space="preserve">Choose and answer </w:t>
      </w:r>
      <w:r w:rsidRPr="000721D4">
        <w:rPr>
          <w:b/>
          <w:color w:val="C0504D" w:themeColor="accent2"/>
        </w:rPr>
        <w:t>two</w:t>
      </w:r>
      <w:r>
        <w:rPr>
          <w:b/>
        </w:rPr>
        <w:t xml:space="preserve"> of the following questions</w:t>
      </w:r>
      <w:r w:rsidR="000721D4">
        <w:rPr>
          <w:b/>
        </w:rPr>
        <w:t xml:space="preserve"> in one paragraph</w:t>
      </w:r>
      <w:r>
        <w:rPr>
          <w:b/>
        </w:rPr>
        <w:t xml:space="preserve">. </w:t>
      </w:r>
      <w:r>
        <w:t>Be original, creative, and let your personality show.</w:t>
      </w:r>
    </w:p>
    <w:p w14:paraId="2D144D1D" w14:textId="77777777" w:rsidR="00816EB5" w:rsidRDefault="00000000">
      <w:pPr>
        <w:spacing w:before="120" w:after="40"/>
      </w:pPr>
      <w:r>
        <w:rPr>
          <w:b/>
        </w:rPr>
        <w:t>1. If your life had a background theme song, what would play during a victory moment—and during a “why is this happening to me?” moment?</w:t>
      </w:r>
    </w:p>
    <w:p w14:paraId="5F636FD2" w14:textId="77777777" w:rsidR="000721D4" w:rsidRDefault="000721D4">
      <w:pPr>
        <w:spacing w:before="120" w:after="40"/>
        <w:rPr>
          <w:color w:val="6E6E6E"/>
          <w:sz w:val="20"/>
        </w:rPr>
      </w:pPr>
    </w:p>
    <w:p w14:paraId="583619F8" w14:textId="0F5A27AF" w:rsidR="00816EB5" w:rsidRDefault="00000000">
      <w:pPr>
        <w:spacing w:before="120" w:after="40"/>
      </w:pPr>
      <w:r>
        <w:rPr>
          <w:b/>
        </w:rPr>
        <w:t>2. What is something small that you are irrationally passionate about?</w:t>
      </w:r>
    </w:p>
    <w:p w14:paraId="1B18C9EC" w14:textId="77777777" w:rsidR="000721D4" w:rsidRDefault="000721D4" w:rsidP="000721D4">
      <w:pPr>
        <w:spacing w:after="60"/>
        <w:rPr>
          <w:color w:val="6E6E6E"/>
          <w:sz w:val="20"/>
        </w:rPr>
      </w:pPr>
    </w:p>
    <w:p w14:paraId="6E28C32A" w14:textId="77777777" w:rsidR="000721D4" w:rsidRDefault="000721D4" w:rsidP="000721D4">
      <w:pPr>
        <w:spacing w:after="60"/>
        <w:rPr>
          <w:color w:val="6E6E6E"/>
          <w:sz w:val="20"/>
        </w:rPr>
      </w:pPr>
    </w:p>
    <w:p w14:paraId="793AA2B3" w14:textId="14FF241B" w:rsidR="00816EB5" w:rsidRDefault="00000000" w:rsidP="000721D4">
      <w:pPr>
        <w:spacing w:after="60"/>
      </w:pPr>
      <w:r>
        <w:rPr>
          <w:b/>
        </w:rPr>
        <w:t>3. If your future self could text you one sentence right now, what do you hope it says?</w:t>
      </w:r>
    </w:p>
    <w:p w14:paraId="08AB88C1" w14:textId="77777777" w:rsidR="000721D4" w:rsidRDefault="000721D4">
      <w:pPr>
        <w:spacing w:before="120" w:after="40"/>
        <w:rPr>
          <w:color w:val="6E6E6E"/>
          <w:sz w:val="20"/>
        </w:rPr>
      </w:pPr>
    </w:p>
    <w:p w14:paraId="16F8D44B" w14:textId="77777777" w:rsidR="000721D4" w:rsidRDefault="000721D4">
      <w:pPr>
        <w:spacing w:before="120" w:after="40"/>
        <w:rPr>
          <w:color w:val="6E6E6E"/>
          <w:sz w:val="20"/>
        </w:rPr>
      </w:pPr>
    </w:p>
    <w:p w14:paraId="7D478418" w14:textId="7041000B" w:rsidR="00816EB5" w:rsidRDefault="00000000">
      <w:pPr>
        <w:spacing w:before="120" w:after="40"/>
      </w:pPr>
      <w:r>
        <w:rPr>
          <w:b/>
        </w:rPr>
        <w:t>4. What skill do you have that would be completely unhelpful during a zombie apocalypse?</w:t>
      </w:r>
    </w:p>
    <w:p w14:paraId="49387EFE" w14:textId="77777777" w:rsidR="00816EB5" w:rsidRDefault="00000000">
      <w:r>
        <w:br w:type="page"/>
      </w:r>
    </w:p>
    <w:p w14:paraId="176CADB8" w14:textId="77777777" w:rsidR="00816EB5" w:rsidRDefault="00000000">
      <w:pPr>
        <w:pStyle w:val="Heading1"/>
      </w:pPr>
      <w:r>
        <w:t>Essay</w:t>
      </w:r>
    </w:p>
    <w:p w14:paraId="3F511E59" w14:textId="77777777" w:rsidR="00816EB5" w:rsidRDefault="00000000">
      <w:r>
        <w:rPr>
          <w:b/>
        </w:rPr>
        <w:t>Choose one topic and write an essay of at least 100 words.</w:t>
      </w:r>
    </w:p>
    <w:p w14:paraId="26060025" w14:textId="77777777" w:rsidR="00816EB5" w:rsidRDefault="00000000">
      <w:pPr>
        <w:pStyle w:val="ListNumber"/>
        <w:spacing w:after="40"/>
      </w:pPr>
      <w:r>
        <w:t>What is something you changed your mind about recently, and what changed it?</w:t>
      </w:r>
    </w:p>
    <w:p w14:paraId="4F404DAD" w14:textId="77777777" w:rsidR="00816EB5" w:rsidRDefault="00000000">
      <w:pPr>
        <w:pStyle w:val="ListNumber"/>
        <w:spacing w:after="40"/>
      </w:pPr>
      <w:r>
        <w:t>Write a letter to your fifth-grade self about all the things you know now that you did not know then.</w:t>
      </w:r>
    </w:p>
    <w:p w14:paraId="70F0D590" w14:textId="77777777" w:rsidR="00816EB5" w:rsidRDefault="00000000">
      <w:pPr>
        <w:pStyle w:val="ListNumber"/>
        <w:spacing w:after="40"/>
      </w:pPr>
      <w:r>
        <w:t>What skill, habit, or confidence do you hope to carry into adulthood?</w:t>
      </w:r>
    </w:p>
    <w:p w14:paraId="623DEED8" w14:textId="77777777" w:rsidR="00816EB5" w:rsidRDefault="00000000">
      <w:pPr>
        <w:pStyle w:val="ListNumber"/>
        <w:spacing w:after="40"/>
      </w:pPr>
      <w:r>
        <w:t>If you could solve a problem in your community, what would it be, and how would you approach it?</w:t>
      </w:r>
    </w:p>
    <w:p w14:paraId="2AF48255" w14:textId="0824CF61" w:rsidR="00816EB5" w:rsidRDefault="00000000" w:rsidP="000721D4">
      <w:pPr>
        <w:spacing w:before="160"/>
      </w:pPr>
      <w:r>
        <w:rPr>
          <w:b/>
        </w:rPr>
        <w:t xml:space="preserve">Selected Topic Number: </w:t>
      </w:r>
    </w:p>
    <w:p w14:paraId="0138CBED" w14:textId="77777777" w:rsidR="00816EB5" w:rsidRDefault="00000000">
      <w:pPr>
        <w:pStyle w:val="Heading1"/>
      </w:pPr>
      <w:r>
        <w:t>Scholarship Awards</w:t>
      </w:r>
    </w:p>
    <w:p w14:paraId="7AF3FCCA" w14:textId="77777777" w:rsidR="00816EB5" w:rsidRDefault="00000000">
      <w:pPr>
        <w:pStyle w:val="ListBullet"/>
        <w:spacing w:after="40"/>
        <w:ind w:hanging="259"/>
      </w:pPr>
      <w:r>
        <w:t>Award selection and notification will be announced in May.</w:t>
      </w:r>
    </w:p>
    <w:p w14:paraId="7D35CC57" w14:textId="77777777" w:rsidR="00816EB5" w:rsidRDefault="00000000">
      <w:pPr>
        <w:pStyle w:val="ListBullet"/>
        <w:spacing w:after="40"/>
        <w:ind w:hanging="259"/>
      </w:pPr>
      <w:r>
        <w:t>Award amounts will be determined annually by Crestview Parents’ Committee.</w:t>
      </w:r>
    </w:p>
    <w:p w14:paraId="13ED0DD5" w14:textId="77777777" w:rsidR="00816EB5" w:rsidRDefault="00000000">
      <w:pPr>
        <w:spacing w:before="240"/>
        <w:jc w:val="center"/>
      </w:pPr>
      <w:r>
        <w:rPr>
          <w:b/>
          <w:color w:val="990000"/>
        </w:rPr>
        <w:t>Please review your application for completeness before submitting.</w:t>
      </w:r>
    </w:p>
    <w:sectPr w:rsidR="00816EB5" w:rsidSect="00034616">
      <w:headerReference w:type="default" r:id="rId8"/>
      <w:footerReference w:type="default" r:id="rId9"/>
      <w:pgSz w:w="12240" w:h="15840"/>
      <w:pgMar w:top="1699" w:right="1008" w:bottom="864" w:left="1008" w:header="11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D7B98" w14:textId="77777777" w:rsidR="00D44F9F" w:rsidRDefault="00D44F9F">
      <w:pPr>
        <w:spacing w:after="0" w:line="240" w:lineRule="auto"/>
      </w:pPr>
      <w:r>
        <w:separator/>
      </w:r>
    </w:p>
  </w:endnote>
  <w:endnote w:type="continuationSeparator" w:id="0">
    <w:p w14:paraId="3FB46CF3" w14:textId="77777777" w:rsidR="00D44F9F" w:rsidRDefault="00D4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FCAD" w14:textId="77777777" w:rsidR="00816EB5" w:rsidRDefault="00000000">
    <w:pPr>
      <w:pStyle w:val="Footer"/>
      <w:jc w:val="center"/>
    </w:pPr>
    <w:r>
      <w:rPr>
        <w:color w:val="6E6E6E"/>
        <w:sz w:val="16"/>
      </w:rPr>
      <w:t>Crestview Parents’ Committee Scholarship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F5DBC" w14:textId="77777777" w:rsidR="00D44F9F" w:rsidRDefault="00D44F9F">
      <w:pPr>
        <w:spacing w:after="0" w:line="240" w:lineRule="auto"/>
      </w:pPr>
      <w:r>
        <w:separator/>
      </w:r>
    </w:p>
  </w:footnote>
  <w:footnote w:type="continuationSeparator" w:id="0">
    <w:p w14:paraId="59EC5A26" w14:textId="77777777" w:rsidR="00D44F9F" w:rsidRDefault="00D44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9468" w14:textId="77777777" w:rsidR="00816EB5" w:rsidRDefault="00000000">
    <w:pPr>
      <w:pStyle w:val="Header"/>
      <w:jc w:val="center"/>
    </w:pPr>
    <w:r>
      <w:rPr>
        <w:noProof/>
      </w:rPr>
      <w:drawing>
        <wp:inline distT="0" distB="0" distL="0" distR="0" wp14:anchorId="6D179FDE" wp14:editId="3E5D071A">
          <wp:extent cx="6492240" cy="77430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C_header_updat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92240" cy="774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8185449">
    <w:abstractNumId w:val="8"/>
  </w:num>
  <w:num w:numId="2" w16cid:durableId="488443812">
    <w:abstractNumId w:val="6"/>
  </w:num>
  <w:num w:numId="3" w16cid:durableId="2091073139">
    <w:abstractNumId w:val="5"/>
  </w:num>
  <w:num w:numId="4" w16cid:durableId="373577070">
    <w:abstractNumId w:val="4"/>
  </w:num>
  <w:num w:numId="5" w16cid:durableId="651911776">
    <w:abstractNumId w:val="7"/>
  </w:num>
  <w:num w:numId="6" w16cid:durableId="533689294">
    <w:abstractNumId w:val="3"/>
  </w:num>
  <w:num w:numId="7" w16cid:durableId="397442559">
    <w:abstractNumId w:val="2"/>
  </w:num>
  <w:num w:numId="8" w16cid:durableId="693967888">
    <w:abstractNumId w:val="1"/>
  </w:num>
  <w:num w:numId="9" w16cid:durableId="163348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1D4"/>
    <w:rsid w:val="0015074B"/>
    <w:rsid w:val="0029639D"/>
    <w:rsid w:val="002C7926"/>
    <w:rsid w:val="00326F90"/>
    <w:rsid w:val="00337523"/>
    <w:rsid w:val="003F3E4A"/>
    <w:rsid w:val="00816EB5"/>
    <w:rsid w:val="00AA1D8D"/>
    <w:rsid w:val="00B47730"/>
    <w:rsid w:val="00C67C3E"/>
    <w:rsid w:val="00CB0664"/>
    <w:rsid w:val="00D44F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46600"/>
  <w14:defaultImageDpi w14:val="300"/>
  <w15:docId w15:val="{9931FDB8-FD8C-4894-8FFA-F091646C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9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1F1F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1F1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a3c6d6-20be-440c-baee-405ea02b4934}" enabled="1" method="Standard" siteId="{51d990ea-a0d3-4c05-ae31-d87c6787dd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Crestview Parents’ Committee Scholarship Application</dc:title>
  <dc:subject>Combined scholarship guidelines and application questions</dc:subject>
  <dc:creator>Crestview Parents’ Committee</dc:creator>
  <cp:keywords/>
  <dc:description>generated by python-docx</dc:description>
  <cp:lastModifiedBy>Jaimie Bisher</cp:lastModifiedBy>
  <cp:revision>5</cp:revision>
  <dcterms:created xsi:type="dcterms:W3CDTF">2026-08-03T01:25:00Z</dcterms:created>
  <dcterms:modified xsi:type="dcterms:W3CDTF">2026-08-03T01:30:00Z</dcterms:modified>
  <cp:category/>
</cp:coreProperties>
</file>