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6E64" w14:textId="77777777" w:rsidR="0080146E" w:rsidRDefault="0080146E">
      <w:pPr>
        <w:spacing w:after="40"/>
        <w:jc w:val="center"/>
        <w:rPr>
          <w:b/>
          <w:sz w:val="26"/>
        </w:rPr>
      </w:pPr>
    </w:p>
    <w:p w14:paraId="691E8595" w14:textId="33B3B99C" w:rsidR="000D4A4C" w:rsidRDefault="001E54E7">
      <w:pPr>
        <w:spacing w:after="40"/>
        <w:jc w:val="center"/>
      </w:pPr>
      <w:r>
        <w:rPr>
          <w:b/>
          <w:sz w:val="26"/>
        </w:rPr>
        <w:t>SCHOOL SUPPORT FUNDING / MINI-GRANT / FIELD TRIP REQUEST APPLICATION</w:t>
      </w:r>
    </w:p>
    <w:p w14:paraId="0174A0B8" w14:textId="77777777" w:rsidR="004830DB" w:rsidRDefault="001E54E7">
      <w:pPr>
        <w:spacing w:after="120"/>
        <w:jc w:val="center"/>
      </w:pPr>
      <w:r>
        <w:rPr>
          <w:i/>
          <w:color w:val="595959"/>
          <w:sz w:val="18"/>
        </w:rPr>
        <w:t>Click the arrow beside each section heading to expand only the part you need.</w:t>
      </w:r>
    </w:p>
    <w:p w14:paraId="72466498" w14:textId="77777777" w:rsidR="000D4A4C" w:rsidRPr="0080146E" w:rsidRDefault="001E54E7">
      <w:pPr>
        <w:pStyle w:val="Heading1"/>
        <w:spacing w:after="40"/>
        <w:rPr>
          <w:rFonts w:asciiTheme="minorHAnsi" w:hAnsiTheme="minorHAnsi"/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>Request Type</w:t>
      </w:r>
    </w:p>
    <w:p w14:paraId="118E0C71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Classroom Mini-Grant / Teacher Request</w:t>
      </w:r>
    </w:p>
    <w:p w14:paraId="117FF563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Field Trip Funding</w:t>
      </w:r>
    </w:p>
    <w:p w14:paraId="74F5A27D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Club or Organization Support</w:t>
      </w:r>
    </w:p>
    <w:p w14:paraId="0E679936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School Support Staff Request</w:t>
      </w:r>
    </w:p>
    <w:p w14:paraId="376D7393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Principal / Building Request</w:t>
      </w:r>
    </w:p>
    <w:p w14:paraId="7CF7A8C3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Other School Support Request: _______________________________</w:t>
      </w:r>
    </w:p>
    <w:p w14:paraId="4412434A" w14:textId="77777777" w:rsidR="000D4A4C" w:rsidRPr="0080146E" w:rsidRDefault="001E54E7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>Requester Information</w:t>
      </w:r>
    </w:p>
    <w:p w14:paraId="0BAC50DE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Requester Name: </w:t>
      </w:r>
    </w:p>
    <w:p w14:paraId="6CA70619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Role/Title: </w:t>
      </w:r>
    </w:p>
    <w:p w14:paraId="5EA1E8C9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School/Building: </w:t>
      </w:r>
    </w:p>
    <w:p w14:paraId="046C6308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>Email/Phone:</w:t>
      </w:r>
    </w:p>
    <w:p w14:paraId="4D1FCE9F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If request is for a club, organization, grade level, department, or event, please identify:</w:t>
      </w:r>
    </w:p>
    <w:p w14:paraId="584683C0" w14:textId="705F2BA6" w:rsidR="000D4A4C" w:rsidRPr="0080146E" w:rsidRDefault="0080146E">
      <w:pPr>
        <w:pStyle w:val="Heading1"/>
        <w:spacing w:after="40"/>
        <w:rPr>
          <w:color w:val="C0504D" w:themeColor="accent2"/>
          <w:szCs w:val="24"/>
          <w:u w:val="single"/>
        </w:rPr>
      </w:pPr>
      <w:r w:rsidRPr="0080146E">
        <w:rPr>
          <w:color w:val="C0504D" w:themeColor="accent2"/>
          <w:szCs w:val="24"/>
          <w:u w:val="single"/>
        </w:rPr>
        <w:t xml:space="preserve">Mini-Grant </w:t>
      </w:r>
      <w:r w:rsidR="001E54E7" w:rsidRPr="0080146E">
        <w:rPr>
          <w:color w:val="C0504D" w:themeColor="accent2"/>
          <w:szCs w:val="24"/>
          <w:u w:val="single"/>
        </w:rPr>
        <w:t>Request Details</w:t>
      </w:r>
    </w:p>
    <w:p w14:paraId="24393C5C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>Amount Requested:</w:t>
      </w:r>
      <w:r w:rsidR="0042004A">
        <w:rPr>
          <w:bCs/>
          <w:sz w:val="20"/>
        </w:rPr>
        <w:t xml:space="preserve"> (up to $100 annually) </w:t>
      </w:r>
      <w:r w:rsidRPr="0042004A">
        <w:rPr>
          <w:bCs/>
          <w:sz w:val="20"/>
        </w:rPr>
        <w:t xml:space="preserve"> </w:t>
      </w:r>
    </w:p>
    <w:p w14:paraId="42CD6692" w14:textId="77777777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Date Funds Are Needed: </w:t>
      </w:r>
    </w:p>
    <w:p w14:paraId="5CE4BE03" w14:textId="77777777" w:rsidR="0042004A" w:rsidRDefault="0042004A">
      <w:pPr>
        <w:spacing w:after="0"/>
        <w:rPr>
          <w:bCs/>
          <w:sz w:val="20"/>
        </w:rPr>
      </w:pPr>
    </w:p>
    <w:p w14:paraId="4E5A6429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Describe the students, classroom, club, organization, event, field trip, or school program that will benefit:</w:t>
      </w:r>
    </w:p>
    <w:p w14:paraId="7CC16862" w14:textId="77777777" w:rsidR="0042004A" w:rsidRDefault="0042004A">
      <w:pPr>
        <w:spacing w:after="0"/>
        <w:rPr>
          <w:bCs/>
          <w:sz w:val="20"/>
        </w:rPr>
      </w:pPr>
    </w:p>
    <w:p w14:paraId="22CE8298" w14:textId="77777777" w:rsidR="0042004A" w:rsidRPr="0042004A" w:rsidRDefault="0042004A">
      <w:pPr>
        <w:spacing w:after="0"/>
        <w:rPr>
          <w:bCs/>
        </w:rPr>
      </w:pPr>
    </w:p>
    <w:p w14:paraId="01CC09B7" w14:textId="0E1A7133" w:rsidR="0042004A" w:rsidRDefault="001E54E7" w:rsidP="0080146E">
      <w:pPr>
        <w:pBdr>
          <w:bottom w:val="single" w:sz="12" w:space="1" w:color="auto"/>
        </w:pBdr>
        <w:spacing w:after="0"/>
        <w:rPr>
          <w:bCs/>
          <w:sz w:val="20"/>
        </w:rPr>
      </w:pPr>
      <w:r w:rsidRPr="0080146E">
        <w:rPr>
          <w:bCs/>
          <w:sz w:val="20"/>
        </w:rPr>
        <w:t xml:space="preserve">How does this request support students or further the mission of Crestview </w:t>
      </w:r>
      <w:proofErr w:type="gramStart"/>
      <w:r w:rsidRPr="0080146E">
        <w:rPr>
          <w:bCs/>
          <w:sz w:val="20"/>
        </w:rPr>
        <w:t>Parents'</w:t>
      </w:r>
      <w:proofErr w:type="gramEnd"/>
      <w:r w:rsidRPr="0080146E">
        <w:rPr>
          <w:bCs/>
          <w:sz w:val="20"/>
        </w:rPr>
        <w:t xml:space="preserve"> Committee?</w:t>
      </w:r>
    </w:p>
    <w:p w14:paraId="5E3AA2D3" w14:textId="77777777" w:rsidR="0080146E" w:rsidRDefault="0080146E" w:rsidP="0080146E">
      <w:pPr>
        <w:pBdr>
          <w:bottom w:val="single" w:sz="12" w:space="1" w:color="auto"/>
        </w:pBdr>
        <w:spacing w:after="0"/>
        <w:rPr>
          <w:bCs/>
          <w:sz w:val="20"/>
        </w:rPr>
      </w:pPr>
    </w:p>
    <w:p w14:paraId="19DC385A" w14:textId="77777777" w:rsidR="0080146E" w:rsidRDefault="0080146E" w:rsidP="0080146E">
      <w:pPr>
        <w:pBdr>
          <w:bottom w:val="single" w:sz="12" w:space="1" w:color="auto"/>
        </w:pBdr>
        <w:spacing w:after="0"/>
        <w:rPr>
          <w:bCs/>
          <w:sz w:val="20"/>
        </w:rPr>
      </w:pPr>
    </w:p>
    <w:p w14:paraId="03E25B8C" w14:textId="77777777" w:rsidR="0080146E" w:rsidRDefault="0080146E" w:rsidP="0080146E">
      <w:pPr>
        <w:pBdr>
          <w:bottom w:val="single" w:sz="12" w:space="1" w:color="auto"/>
        </w:pBdr>
        <w:spacing w:after="0"/>
        <w:rPr>
          <w:bCs/>
          <w:sz w:val="20"/>
        </w:rPr>
      </w:pPr>
    </w:p>
    <w:p w14:paraId="0B9D7538" w14:textId="1DDEAEBA" w:rsidR="000D4A4C" w:rsidRPr="0042004A" w:rsidRDefault="000D4A4C">
      <w:pPr>
        <w:spacing w:after="0"/>
        <w:rPr>
          <w:bCs/>
        </w:rPr>
      </w:pPr>
    </w:p>
    <w:p w14:paraId="32A6A09E" w14:textId="79A3834E" w:rsidR="000D4A4C" w:rsidRPr="0080146E" w:rsidRDefault="001E54E7">
      <w:pPr>
        <w:pStyle w:val="Heading1"/>
        <w:spacing w:after="40"/>
        <w:rPr>
          <w:color w:val="C0504D" w:themeColor="accent2"/>
          <w:szCs w:val="24"/>
          <w:u w:val="single"/>
        </w:rPr>
      </w:pPr>
      <w:r w:rsidRPr="0080146E">
        <w:rPr>
          <w:color w:val="C0504D" w:themeColor="accent2"/>
          <w:szCs w:val="24"/>
          <w:u w:val="single"/>
        </w:rPr>
        <w:t xml:space="preserve">Field Trip Requests </w:t>
      </w:r>
    </w:p>
    <w:p w14:paraId="3D6C8B81" w14:textId="02E1D723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>Destination:</w:t>
      </w:r>
    </w:p>
    <w:p w14:paraId="0830B4B6" w14:textId="2D070AB8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Date of Field Trip: </w:t>
      </w:r>
    </w:p>
    <w:p w14:paraId="4F916802" w14:textId="023306BF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Grade/Class/Group Attending: </w:t>
      </w:r>
    </w:p>
    <w:p w14:paraId="184FEFEB" w14:textId="7A9685F4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Total estimated trip cost: </w:t>
      </w:r>
    </w:p>
    <w:p w14:paraId="4DB3C005" w14:textId="7B9DE729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Amount requested from CPC: </w:t>
      </w:r>
    </w:p>
    <w:p w14:paraId="03DA5BC2" w14:textId="73BA1B09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Has the field trip been approved by the school/district</w:t>
      </w:r>
      <w:r w:rsidRPr="0042004A">
        <w:rPr>
          <w:bCs/>
          <w:sz w:val="20"/>
        </w:rPr>
        <w:t xml:space="preserve">?  ☐ Yes  ☐ No  ☐ Pending  ☐ Not Applicable  </w:t>
      </w:r>
    </w:p>
    <w:p w14:paraId="0B209D5F" w14:textId="7D420E1D" w:rsidR="0080146E" w:rsidRPr="0080146E" w:rsidRDefault="001E54E7" w:rsidP="0080146E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>Requester Acknowledgment</w:t>
      </w:r>
    </w:p>
    <w:p w14:paraId="4C818EB8" w14:textId="77777777" w:rsidR="000D4A4C" w:rsidRPr="0042004A" w:rsidRDefault="001E54E7">
      <w:pPr>
        <w:spacing w:after="120"/>
        <w:rPr>
          <w:bCs/>
        </w:rPr>
      </w:pPr>
      <w:r w:rsidRPr="0042004A">
        <w:rPr>
          <w:bCs/>
          <w:sz w:val="20"/>
        </w:rPr>
        <w:t>I</w:t>
      </w:r>
      <w:r w:rsidRPr="0042004A">
        <w:rPr>
          <w:bCs/>
          <w:sz w:val="20"/>
        </w:rPr>
        <w:t xml:space="preserve"> understand that funds must be approved before purchases are made or expenses are incurred. I understand that receipts and supporting documentation must be submitted to the Treasurer within ten (10) business days of purchase. I understand that purchases made without prior approval, outside the approved purpose, or without timely receipts may be denied for reimbursement.</w:t>
      </w:r>
    </w:p>
    <w:p w14:paraId="214D01A3" w14:textId="594B9D3A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Requester </w:t>
      </w:r>
      <w:r w:rsidR="0080146E">
        <w:rPr>
          <w:bCs/>
          <w:sz w:val="20"/>
        </w:rPr>
        <w:t>Name (typed</w:t>
      </w:r>
      <w:proofErr w:type="gramStart"/>
      <w:r w:rsidR="0080146E">
        <w:rPr>
          <w:bCs/>
          <w:sz w:val="20"/>
        </w:rPr>
        <w:t xml:space="preserve">) </w:t>
      </w:r>
      <w:r w:rsidRPr="0042004A">
        <w:rPr>
          <w:bCs/>
          <w:sz w:val="20"/>
        </w:rPr>
        <w:t>:</w:t>
      </w:r>
      <w:proofErr w:type="gramEnd"/>
      <w:r w:rsidRPr="0042004A">
        <w:rPr>
          <w:bCs/>
          <w:sz w:val="20"/>
        </w:rPr>
        <w:t xml:space="preserve"> </w:t>
      </w:r>
    </w:p>
    <w:p w14:paraId="11AB9E4F" w14:textId="7FE4F6D7" w:rsidR="0080146E" w:rsidRPr="0080146E" w:rsidRDefault="001E54E7">
      <w:pPr>
        <w:spacing w:after="60"/>
        <w:rPr>
          <w:bCs/>
          <w:sz w:val="20"/>
        </w:rPr>
      </w:pPr>
      <w:r w:rsidRPr="0042004A">
        <w:rPr>
          <w:bCs/>
          <w:sz w:val="20"/>
        </w:rPr>
        <w:t xml:space="preserve">Date: </w:t>
      </w:r>
    </w:p>
    <w:p w14:paraId="39FE10CF" w14:textId="270B36F8" w:rsidR="000D4A4C" w:rsidRPr="0080146E" w:rsidRDefault="0080146E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 xml:space="preserve">For Use by CPC: </w:t>
      </w:r>
      <w:r w:rsidR="001E54E7" w:rsidRPr="0080146E">
        <w:rPr>
          <w:color w:val="auto"/>
          <w:szCs w:val="24"/>
          <w:u w:val="single"/>
        </w:rPr>
        <w:t xml:space="preserve">School-Level President </w:t>
      </w:r>
      <w:r w:rsidRPr="0080146E">
        <w:rPr>
          <w:color w:val="auto"/>
          <w:szCs w:val="24"/>
          <w:u w:val="single"/>
        </w:rPr>
        <w:t>Review</w:t>
      </w:r>
    </w:p>
    <w:p w14:paraId="04DC2168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Request is complete</w:t>
      </w:r>
    </w:p>
    <w:p w14:paraId="0BFA4C54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Additional information requested</w:t>
      </w:r>
    </w:p>
    <w:p w14:paraId="1C4EF92D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Recommended for approval</w:t>
      </w:r>
    </w:p>
    <w:p w14:paraId="1CB9F1D7" w14:textId="77777777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☐</w:t>
      </w:r>
      <w:r w:rsidRPr="0042004A">
        <w:rPr>
          <w:bCs/>
          <w:sz w:val="20"/>
        </w:rPr>
        <w:t xml:space="preserve"> Not recommended</w:t>
      </w:r>
    </w:p>
    <w:p w14:paraId="30364A58" w14:textId="77777777" w:rsidR="0080146E" w:rsidRDefault="0080146E">
      <w:pPr>
        <w:spacing w:after="0"/>
        <w:rPr>
          <w:bCs/>
          <w:sz w:val="20"/>
        </w:rPr>
      </w:pPr>
    </w:p>
    <w:p w14:paraId="247F8B51" w14:textId="4264CDC1" w:rsidR="000D4A4C" w:rsidRPr="0042004A" w:rsidRDefault="001E54E7">
      <w:pPr>
        <w:spacing w:after="0"/>
        <w:rPr>
          <w:bCs/>
        </w:rPr>
      </w:pPr>
      <w:r w:rsidRPr="0042004A">
        <w:rPr>
          <w:bCs/>
          <w:sz w:val="20"/>
        </w:rPr>
        <w:t>Comments:</w:t>
      </w:r>
    </w:p>
    <w:p w14:paraId="2078B171" w14:textId="77777777" w:rsidR="0080146E" w:rsidRDefault="0080146E">
      <w:pPr>
        <w:spacing w:after="60"/>
        <w:rPr>
          <w:bCs/>
          <w:sz w:val="20"/>
        </w:rPr>
      </w:pPr>
    </w:p>
    <w:p w14:paraId="3A345134" w14:textId="25253BED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School-Level President </w:t>
      </w:r>
      <w:r w:rsidR="0080146E">
        <w:rPr>
          <w:bCs/>
          <w:sz w:val="20"/>
        </w:rPr>
        <w:t>Typed Name:</w:t>
      </w:r>
      <w:r w:rsidRPr="0042004A">
        <w:rPr>
          <w:bCs/>
          <w:sz w:val="20"/>
        </w:rPr>
        <w:t xml:space="preserve"> </w:t>
      </w:r>
    </w:p>
    <w:p w14:paraId="041C0598" w14:textId="0FD136D5" w:rsidR="000D4A4C" w:rsidRPr="0042004A" w:rsidRDefault="001E54E7">
      <w:pPr>
        <w:spacing w:after="60"/>
        <w:rPr>
          <w:bCs/>
        </w:rPr>
      </w:pPr>
      <w:r w:rsidRPr="0042004A">
        <w:rPr>
          <w:bCs/>
          <w:sz w:val="20"/>
        </w:rPr>
        <w:t xml:space="preserve">Date: </w:t>
      </w:r>
    </w:p>
    <w:p w14:paraId="420F598E" w14:textId="77777777" w:rsidR="000D4A4C" w:rsidRPr="0042004A" w:rsidRDefault="001E54E7">
      <w:pPr>
        <w:rPr>
          <w:bCs/>
        </w:rPr>
      </w:pPr>
      <w:r w:rsidRPr="0042004A">
        <w:rPr>
          <w:bCs/>
        </w:rPr>
        <w:br w:type="page"/>
      </w:r>
    </w:p>
    <w:p w14:paraId="61EB8569" w14:textId="6CC5F203" w:rsidR="000D4A4C" w:rsidRPr="0080146E" w:rsidRDefault="0080146E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 xml:space="preserve">For Use by CPC: </w:t>
      </w:r>
      <w:r w:rsidR="001E54E7" w:rsidRPr="0080146E">
        <w:rPr>
          <w:color w:val="auto"/>
          <w:szCs w:val="24"/>
          <w:u w:val="single"/>
        </w:rPr>
        <w:t>Three-President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4"/>
        <w:gridCol w:w="2554"/>
        <w:gridCol w:w="2553"/>
        <w:gridCol w:w="2553"/>
      </w:tblGrid>
      <w:tr w:rsidR="000D4A4C" w14:paraId="2A4AE948" w14:textId="77777777" w:rsidTr="0080146E">
        <w:trPr>
          <w:jc w:val="center"/>
        </w:trPr>
        <w:tc>
          <w:tcPr>
            <w:tcW w:w="2556" w:type="dxa"/>
            <w:shd w:val="clear" w:color="auto" w:fill="F2DBDB" w:themeFill="accent2" w:themeFillTint="33"/>
            <w:vAlign w:val="center"/>
          </w:tcPr>
          <w:p w14:paraId="2369EB68" w14:textId="77777777" w:rsidR="000D4A4C" w:rsidRPr="0080146E" w:rsidRDefault="001E54E7">
            <w:r w:rsidRPr="0080146E">
              <w:rPr>
                <w:b/>
                <w:sz w:val="20"/>
              </w:rPr>
              <w:t>Reviewer</w:t>
            </w:r>
          </w:p>
        </w:tc>
        <w:tc>
          <w:tcPr>
            <w:tcW w:w="2556" w:type="dxa"/>
            <w:shd w:val="clear" w:color="auto" w:fill="F2DBDB" w:themeFill="accent2" w:themeFillTint="33"/>
            <w:vAlign w:val="center"/>
          </w:tcPr>
          <w:p w14:paraId="3178BB97" w14:textId="77777777" w:rsidR="000D4A4C" w:rsidRPr="0080146E" w:rsidRDefault="001E54E7">
            <w:r w:rsidRPr="0080146E">
              <w:rPr>
                <w:b/>
                <w:sz w:val="20"/>
              </w:rPr>
              <w:t>Approve</w:t>
            </w:r>
          </w:p>
        </w:tc>
        <w:tc>
          <w:tcPr>
            <w:tcW w:w="2556" w:type="dxa"/>
            <w:shd w:val="clear" w:color="auto" w:fill="F2DBDB" w:themeFill="accent2" w:themeFillTint="33"/>
            <w:vAlign w:val="center"/>
          </w:tcPr>
          <w:p w14:paraId="7FC15C47" w14:textId="77777777" w:rsidR="000D4A4C" w:rsidRPr="0080146E" w:rsidRDefault="001E54E7">
            <w:r w:rsidRPr="0080146E">
              <w:rPr>
                <w:b/>
                <w:sz w:val="20"/>
              </w:rPr>
              <w:t>Deny</w:t>
            </w:r>
          </w:p>
        </w:tc>
        <w:tc>
          <w:tcPr>
            <w:tcW w:w="2556" w:type="dxa"/>
            <w:shd w:val="clear" w:color="auto" w:fill="F2DBDB" w:themeFill="accent2" w:themeFillTint="33"/>
            <w:vAlign w:val="center"/>
          </w:tcPr>
          <w:p w14:paraId="37FE1A7C" w14:textId="77777777" w:rsidR="000D4A4C" w:rsidRPr="0080146E" w:rsidRDefault="001E54E7">
            <w:r w:rsidRPr="0080146E">
              <w:rPr>
                <w:b/>
                <w:sz w:val="20"/>
              </w:rPr>
              <w:t>Abstain</w:t>
            </w:r>
          </w:p>
        </w:tc>
      </w:tr>
      <w:tr w:rsidR="000D4A4C" w14:paraId="2BDC20AE" w14:textId="77777777">
        <w:trPr>
          <w:jc w:val="center"/>
        </w:trPr>
        <w:tc>
          <w:tcPr>
            <w:tcW w:w="2556" w:type="dxa"/>
            <w:vAlign w:val="center"/>
          </w:tcPr>
          <w:p w14:paraId="16E427A8" w14:textId="77777777" w:rsidR="000D4A4C" w:rsidRDefault="001E54E7">
            <w:r>
              <w:rPr>
                <w:sz w:val="20"/>
              </w:rPr>
              <w:t>Elementary School President</w:t>
            </w:r>
          </w:p>
        </w:tc>
        <w:tc>
          <w:tcPr>
            <w:tcW w:w="2556" w:type="dxa"/>
            <w:vAlign w:val="center"/>
          </w:tcPr>
          <w:p w14:paraId="49D209DC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19D10EBF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042F765B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D4A4C" w14:paraId="3B0FF1A1" w14:textId="77777777">
        <w:trPr>
          <w:jc w:val="center"/>
        </w:trPr>
        <w:tc>
          <w:tcPr>
            <w:tcW w:w="2556" w:type="dxa"/>
            <w:vAlign w:val="center"/>
          </w:tcPr>
          <w:p w14:paraId="36DE7FB7" w14:textId="77777777" w:rsidR="000D4A4C" w:rsidRDefault="001E54E7">
            <w:r>
              <w:rPr>
                <w:sz w:val="20"/>
              </w:rPr>
              <w:t>Middle School President</w:t>
            </w:r>
          </w:p>
        </w:tc>
        <w:tc>
          <w:tcPr>
            <w:tcW w:w="2556" w:type="dxa"/>
            <w:vAlign w:val="center"/>
          </w:tcPr>
          <w:p w14:paraId="10D6546B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0971448C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595F60C3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0D4A4C" w14:paraId="5A4A2971" w14:textId="77777777">
        <w:trPr>
          <w:jc w:val="center"/>
        </w:trPr>
        <w:tc>
          <w:tcPr>
            <w:tcW w:w="2556" w:type="dxa"/>
            <w:vAlign w:val="center"/>
          </w:tcPr>
          <w:p w14:paraId="6DB590B1" w14:textId="77777777" w:rsidR="000D4A4C" w:rsidRDefault="001E54E7">
            <w:r>
              <w:rPr>
                <w:sz w:val="20"/>
              </w:rPr>
              <w:t>High School President</w:t>
            </w:r>
          </w:p>
        </w:tc>
        <w:tc>
          <w:tcPr>
            <w:tcW w:w="2556" w:type="dxa"/>
            <w:vAlign w:val="center"/>
          </w:tcPr>
          <w:p w14:paraId="697CC305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7252863B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556" w:type="dxa"/>
            <w:vAlign w:val="center"/>
          </w:tcPr>
          <w:p w14:paraId="62F48975" w14:textId="77777777" w:rsidR="000D4A4C" w:rsidRDefault="001E54E7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6A24A904" w14:textId="77777777" w:rsidR="000D4A4C" w:rsidRDefault="000D4A4C"/>
    <w:p w14:paraId="1B74FDE9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Approved by majority of school-level Presidents</w:t>
      </w:r>
    </w:p>
    <w:p w14:paraId="723D85FE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Denied</w:t>
      </w:r>
    </w:p>
    <w:p w14:paraId="3D4A63E0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Referred to Executive Board because request exceeds $500 or requires full Board review</w:t>
      </w:r>
    </w:p>
    <w:p w14:paraId="69E652ED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Tabled pending additional information</w:t>
      </w:r>
    </w:p>
    <w:p w14:paraId="44084409" w14:textId="5C4BF319" w:rsidR="000D4A4C" w:rsidRPr="0080146E" w:rsidRDefault="0080146E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 xml:space="preserve">For Use by CPC: </w:t>
      </w:r>
      <w:r w:rsidR="001E54E7" w:rsidRPr="0080146E">
        <w:rPr>
          <w:color w:val="auto"/>
          <w:szCs w:val="24"/>
          <w:u w:val="single"/>
        </w:rPr>
        <w:t>Executive Board Review, if required</w:t>
      </w:r>
    </w:p>
    <w:p w14:paraId="0C26E35E" w14:textId="41D5441C" w:rsidR="000D4A4C" w:rsidRDefault="001E54E7">
      <w:pPr>
        <w:spacing w:after="60"/>
      </w:pPr>
      <w:r>
        <w:rPr>
          <w:b/>
          <w:sz w:val="20"/>
        </w:rPr>
        <w:t xml:space="preserve">Date Reviewed: </w:t>
      </w:r>
    </w:p>
    <w:p w14:paraId="4AED354F" w14:textId="77777777" w:rsidR="000D4A4C" w:rsidRDefault="001E54E7">
      <w:r>
        <w:rPr>
          <w:b/>
          <w:sz w:val="20"/>
        </w:rPr>
        <w:t xml:space="preserve">Quorum Present:  </w:t>
      </w:r>
      <w:r>
        <w:rPr>
          <w:sz w:val="20"/>
        </w:rPr>
        <w:t>☐</w:t>
      </w:r>
      <w:r>
        <w:rPr>
          <w:sz w:val="20"/>
        </w:rPr>
        <w:t xml:space="preserve"> </w:t>
      </w:r>
      <w:proofErr w:type="gramStart"/>
      <w:r>
        <w:rPr>
          <w:sz w:val="20"/>
        </w:rPr>
        <w:t>Yes  ☐</w:t>
      </w:r>
      <w:proofErr w:type="gramEnd"/>
      <w:r>
        <w:rPr>
          <w:sz w:val="20"/>
        </w:rPr>
        <w:t xml:space="preserve"> No  </w:t>
      </w:r>
    </w:p>
    <w:p w14:paraId="0922FF54" w14:textId="77777777" w:rsidR="000D4A4C" w:rsidRDefault="001E54E7">
      <w:r>
        <w:rPr>
          <w:b/>
        </w:rPr>
        <w:t>Board Action:</w:t>
      </w:r>
    </w:p>
    <w:p w14:paraId="1EA9F503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Approved</w:t>
      </w:r>
    </w:p>
    <w:p w14:paraId="7929301B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Denied</w:t>
      </w:r>
    </w:p>
    <w:p w14:paraId="3C27689B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Approved with changes</w:t>
      </w:r>
    </w:p>
    <w:p w14:paraId="4EE4D242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Tabled pending additional information</w:t>
      </w:r>
    </w:p>
    <w:p w14:paraId="3B63008C" w14:textId="77777777" w:rsidR="000D4A4C" w:rsidRDefault="001E54E7">
      <w:pPr>
        <w:spacing w:after="60"/>
      </w:pPr>
      <w:r>
        <w:rPr>
          <w:b/>
          <w:sz w:val="20"/>
        </w:rPr>
        <w:t xml:space="preserve">Approved Amount: </w:t>
      </w:r>
      <w:r>
        <w:rPr>
          <w:sz w:val="20"/>
        </w:rPr>
        <w:t>___________________________________</w:t>
      </w:r>
    </w:p>
    <w:p w14:paraId="6018DB24" w14:textId="77777777" w:rsidR="000D4A4C" w:rsidRPr="0080146E" w:rsidRDefault="001E54E7">
      <w:pPr>
        <w:pStyle w:val="Heading1"/>
        <w:spacing w:after="40"/>
        <w:rPr>
          <w:color w:val="auto"/>
          <w:szCs w:val="24"/>
          <w:u w:val="single"/>
        </w:rPr>
      </w:pPr>
      <w:r w:rsidRPr="0080146E">
        <w:rPr>
          <w:color w:val="auto"/>
          <w:szCs w:val="24"/>
          <w:u w:val="single"/>
        </w:rPr>
        <w:t>Treasurer / Payment Record</w:t>
      </w:r>
    </w:p>
    <w:p w14:paraId="349BDD94" w14:textId="77777777" w:rsidR="000D4A4C" w:rsidRDefault="001E54E7">
      <w:r>
        <w:rPr>
          <w:b/>
        </w:rPr>
        <w:t>Payment Method:</w:t>
      </w:r>
    </w:p>
    <w:p w14:paraId="5A904703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Vendor payment</w:t>
      </w:r>
    </w:p>
    <w:p w14:paraId="6C012C88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Reimbursement</w:t>
      </w:r>
    </w:p>
    <w:p w14:paraId="04165392" w14:textId="77777777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School payment</w:t>
      </w:r>
    </w:p>
    <w:p w14:paraId="6790CCBF" w14:textId="2DA2AE08" w:rsidR="000D4A4C" w:rsidRDefault="001E54E7">
      <w:pPr>
        <w:spacing w:after="0"/>
      </w:pPr>
      <w:r>
        <w:rPr>
          <w:sz w:val="20"/>
        </w:rPr>
        <w:t>☐</w:t>
      </w:r>
      <w:r>
        <w:rPr>
          <w:sz w:val="20"/>
        </w:rPr>
        <w:t xml:space="preserve"> Other: </w:t>
      </w:r>
    </w:p>
    <w:p w14:paraId="390BAAE1" w14:textId="54FB23CD" w:rsidR="000D4A4C" w:rsidRDefault="001E54E7">
      <w:pPr>
        <w:spacing w:after="60"/>
      </w:pPr>
      <w:r>
        <w:rPr>
          <w:b/>
          <w:sz w:val="20"/>
        </w:rPr>
        <w:t xml:space="preserve">Date Paid: </w:t>
      </w:r>
    </w:p>
    <w:p w14:paraId="0FA75E5F" w14:textId="41994078" w:rsidR="000D4A4C" w:rsidRDefault="001E54E7">
      <w:pPr>
        <w:spacing w:after="60"/>
      </w:pPr>
      <w:r>
        <w:rPr>
          <w:b/>
          <w:sz w:val="20"/>
        </w:rPr>
        <w:t xml:space="preserve">Check/Transaction Number: </w:t>
      </w:r>
    </w:p>
    <w:p w14:paraId="22DC13D1" w14:textId="77777777" w:rsidR="000D4A4C" w:rsidRDefault="001E54E7">
      <w:r>
        <w:rPr>
          <w:b/>
          <w:sz w:val="20"/>
        </w:rPr>
        <w:t xml:space="preserve">Receipts Received:  </w:t>
      </w:r>
      <w:r>
        <w:rPr>
          <w:sz w:val="20"/>
        </w:rPr>
        <w:t>☐</w:t>
      </w:r>
      <w:r>
        <w:rPr>
          <w:sz w:val="20"/>
        </w:rPr>
        <w:t xml:space="preserve"> </w:t>
      </w:r>
      <w:proofErr w:type="gramStart"/>
      <w:r>
        <w:rPr>
          <w:sz w:val="20"/>
        </w:rPr>
        <w:t>Yes  ☐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No  ☐</w:t>
      </w:r>
      <w:proofErr w:type="gramEnd"/>
      <w:r>
        <w:rPr>
          <w:sz w:val="20"/>
        </w:rPr>
        <w:t xml:space="preserve"> Not Applicable  </w:t>
      </w:r>
    </w:p>
    <w:p w14:paraId="0BA69AB1" w14:textId="04900235" w:rsidR="0080146E" w:rsidRDefault="001E54E7" w:rsidP="0080146E">
      <w:pPr>
        <w:spacing w:after="0"/>
      </w:pPr>
      <w:r>
        <w:rPr>
          <w:b/>
          <w:sz w:val="20"/>
        </w:rPr>
        <w:t>Treasurer Notes:</w:t>
      </w:r>
    </w:p>
    <w:p w14:paraId="11893BAA" w14:textId="2F4B22FF" w:rsidR="000D4A4C" w:rsidRDefault="000D4A4C">
      <w:pPr>
        <w:spacing w:after="0"/>
      </w:pPr>
    </w:p>
    <w:sectPr w:rsidR="000D4A4C" w:rsidSect="00034616">
      <w:headerReference w:type="default" r:id="rId8"/>
      <w:footerReference w:type="default" r:id="rId9"/>
      <w:pgSz w:w="12240" w:h="15840"/>
      <w:pgMar w:top="648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D3D6" w14:textId="77777777" w:rsidR="001E54E7" w:rsidRDefault="001E54E7">
      <w:pPr>
        <w:spacing w:after="0" w:line="240" w:lineRule="auto"/>
      </w:pPr>
      <w:r>
        <w:separator/>
      </w:r>
    </w:p>
  </w:endnote>
  <w:endnote w:type="continuationSeparator" w:id="0">
    <w:p w14:paraId="41F7AB25" w14:textId="77777777" w:rsidR="001E54E7" w:rsidRDefault="001E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3F98" w14:textId="77777777" w:rsidR="000D4A4C" w:rsidRDefault="001E54E7">
    <w:pPr>
      <w:pStyle w:val="Footer"/>
      <w:jc w:val="center"/>
    </w:pPr>
    <w:r>
      <w:rPr>
        <w:sz w:val="16"/>
      </w:rPr>
      <w:t>Crestview Parents' Committee - School Support Funding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B9D0" w14:textId="77777777" w:rsidR="001E54E7" w:rsidRDefault="001E54E7">
      <w:pPr>
        <w:spacing w:after="0" w:line="240" w:lineRule="auto"/>
      </w:pPr>
      <w:r>
        <w:separator/>
      </w:r>
    </w:p>
  </w:footnote>
  <w:footnote w:type="continuationSeparator" w:id="0">
    <w:p w14:paraId="79206E28" w14:textId="77777777" w:rsidR="001E54E7" w:rsidRDefault="001E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1CAB" w14:textId="77777777" w:rsidR="000D4A4C" w:rsidRDefault="001E54E7">
    <w:pPr>
      <w:pStyle w:val="Header"/>
      <w:jc w:val="center"/>
    </w:pPr>
    <w:r>
      <w:rPr>
        <w:noProof/>
      </w:rPr>
      <w:drawing>
        <wp:inline distT="0" distB="0" distL="0" distR="0" wp14:anchorId="04C57C2E" wp14:editId="2739992D">
          <wp:extent cx="6583680" cy="83524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1299e09-b535-4b64-bbfc-22c66dedf8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83680" cy="835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07253">
    <w:abstractNumId w:val="8"/>
  </w:num>
  <w:num w:numId="2" w16cid:durableId="1917127696">
    <w:abstractNumId w:val="6"/>
  </w:num>
  <w:num w:numId="3" w16cid:durableId="1316640400">
    <w:abstractNumId w:val="5"/>
  </w:num>
  <w:num w:numId="4" w16cid:durableId="104546817">
    <w:abstractNumId w:val="4"/>
  </w:num>
  <w:num w:numId="5" w16cid:durableId="1173036123">
    <w:abstractNumId w:val="7"/>
  </w:num>
  <w:num w:numId="6" w16cid:durableId="2141723106">
    <w:abstractNumId w:val="3"/>
  </w:num>
  <w:num w:numId="7" w16cid:durableId="58869825">
    <w:abstractNumId w:val="2"/>
  </w:num>
  <w:num w:numId="8" w16cid:durableId="1202862895">
    <w:abstractNumId w:val="1"/>
  </w:num>
  <w:num w:numId="9" w16cid:durableId="49626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A4C"/>
    <w:rsid w:val="0015074B"/>
    <w:rsid w:val="001E54E7"/>
    <w:rsid w:val="0029639D"/>
    <w:rsid w:val="00326F90"/>
    <w:rsid w:val="003F3E4A"/>
    <w:rsid w:val="0042004A"/>
    <w:rsid w:val="004830DB"/>
    <w:rsid w:val="0080146E"/>
    <w:rsid w:val="008E1170"/>
    <w:rsid w:val="00AA1D8D"/>
    <w:rsid w:val="00B47730"/>
    <w:rsid w:val="00BF0921"/>
    <w:rsid w:val="00CB0664"/>
    <w:rsid w:val="00CB38FF"/>
    <w:rsid w:val="00ED61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527C94"/>
  <w14:defaultImageDpi w14:val="300"/>
  <w15:docId w15:val="{D226FCE8-A288-423B-8DFA-F03EB1A0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014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a3c6d6-20be-440c-baee-405ea02b4934}" enabled="1" method="Standard" siteId="{51d990ea-a0d3-4c05-ae31-d87c6787dd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Jaimie Bisher</cp:lastModifiedBy>
  <cp:revision>2</cp:revision>
  <dcterms:created xsi:type="dcterms:W3CDTF">2026-08-03T00:12:00Z</dcterms:created>
  <dcterms:modified xsi:type="dcterms:W3CDTF">2026-08-03T00:12:00Z</dcterms:modified>
  <cp:category/>
</cp:coreProperties>
</file>